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color w:val="1F4E79"/>
          <w:sz w:val="40"/>
        </w:rPr>
        <w:t>Prentice Weitman</w:t>
      </w:r>
    </w:p>
    <w:p>
      <w:pPr>
        <w:spacing w:before="0" w:after="20"/>
        <w:jc w:val="center"/>
      </w:pPr>
      <w:r>
        <w:rPr>
          <w:b/>
          <w:sz w:val="22"/>
        </w:rPr>
        <w:t>Linux Systems and Data Center Infrastructure Professional</w:t>
      </w:r>
    </w:p>
    <w:p>
      <w:pPr>
        <w:keepNext/>
        <w:spacing w:before="160" w:after="60"/>
      </w:pPr>
      <w:r>
        <w:rPr>
          <w:b/>
          <w:color w:val="1F4E79"/>
          <w:sz w:val="21"/>
        </w:rPr>
        <w:t>PROFESSIONAL SUMMARY</w:t>
      </w:r>
    </w:p>
    <w:p>
      <w:pPr>
        <w:spacing w:before="0"/>
      </w:pPr>
      <w:r>
        <w:rPr>
          <w:b w:val="0"/>
        </w:rPr>
        <w:t>Data center infrastructure professional with 15 years of experience supporting server, network, and facility operations across hyperscale, enterprise, cloud, healthcare, logistics, and AI/ML lab environments. Hands-on background in Linux command-line administration, bare-metal server deployment, hardware break/fix, rack-and-stack, structured cabling, validation, incident ticketing, and cross-functional coordination. Brings practical experience supporting ML infrastructure at Google and Linux-based systems at Oracle, with a strong foundation for an HPC Systems Administrator role.</w:t>
      </w:r>
    </w:p>
    <w:p>
      <w:pPr>
        <w:keepNext/>
        <w:spacing w:before="160" w:after="60"/>
      </w:pPr>
      <w:r>
        <w:rPr>
          <w:b/>
          <w:color w:val="1F4E79"/>
          <w:sz w:val="21"/>
        </w:rPr>
        <w:t>CORE QUALIFICATIONS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504"/>
        <w:gridCol w:w="3504"/>
        <w:gridCol w:w="3504"/>
      </w:tblGrid>
      <w:tr>
        <w:tc>
          <w:tcPr>
            <w:tcW w:type="dxa" w:w="3485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b/>
                <w:sz w:val="18"/>
              </w:rPr>
              <w:t>Linux and Server Operations</w:t>
            </w:r>
          </w:p>
          <w:p>
            <w:pPr>
              <w:spacing w:after="0"/>
            </w:pPr>
            <w:r>
              <w:rPr>
                <w:sz w:val="16"/>
              </w:rPr>
              <w:t>Linux command line, OS validation, SSH, logs, services, hardware diagnostics</w:t>
            </w:r>
          </w:p>
        </w:tc>
        <w:tc>
          <w:tcPr>
            <w:tcW w:type="dxa" w:w="3485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b/>
                <w:sz w:val="18"/>
              </w:rPr>
              <w:t>Data Center Infrastructure</w:t>
            </w:r>
          </w:p>
          <w:p>
            <w:pPr>
              <w:spacing w:after="0"/>
            </w:pPr>
            <w:r>
              <w:rPr>
                <w:sz w:val="16"/>
              </w:rPr>
              <w:t>Rack and stack, server deployment, break/fix, inventory, cable management, QA</w:t>
            </w:r>
          </w:p>
        </w:tc>
        <w:tc>
          <w:tcPr>
            <w:tcW w:type="dxa" w:w="3485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b/>
                <w:sz w:val="18"/>
              </w:rPr>
              <w:t>Hardware and Firmware Support</w:t>
            </w:r>
          </w:p>
          <w:p>
            <w:pPr>
              <w:spacing w:after="0"/>
            </w:pPr>
            <w:r>
              <w:rPr>
                <w:sz w:val="16"/>
              </w:rPr>
              <w:t>CPU, memory, storage, NICs, PCIe devices, power, fans, cabling, component replacement</w:t>
            </w:r>
          </w:p>
        </w:tc>
      </w:tr>
      <w:tr>
        <w:tc>
          <w:tcPr>
            <w:tcW w:type="dxa" w:w="3485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b/>
                <w:sz w:val="18"/>
              </w:rPr>
              <w:t>Networking and Connectivity</w:t>
            </w:r>
          </w:p>
          <w:p>
            <w:pPr>
              <w:spacing w:after="0"/>
            </w:pPr>
            <w:r>
              <w:rPr>
                <w:sz w:val="16"/>
              </w:rPr>
              <w:t>IP connectivity, interfaces, DNS fundamentals, switch and circuit troubleshooting, fiber and copper</w:t>
            </w:r>
          </w:p>
        </w:tc>
        <w:tc>
          <w:tcPr>
            <w:tcW w:type="dxa" w:w="3485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b/>
                <w:sz w:val="18"/>
              </w:rPr>
              <w:t>AI and ML Infrastructure</w:t>
            </w:r>
          </w:p>
          <w:p>
            <w:pPr>
              <w:spacing w:after="0"/>
            </w:pPr>
            <w:r>
              <w:rPr>
                <w:sz w:val="16"/>
              </w:rPr>
              <w:t>ML compute operations and AI/ML lab environments; interest in NVIDIA GPU platforms</w:t>
            </w:r>
          </w:p>
        </w:tc>
        <w:tc>
          <w:tcPr>
            <w:tcW w:type="dxa" w:w="3485"/>
            <w:tcMar>
              <w:top w:w="90" w:type="dxa"/>
              <w:start w:w="90" w:type="dxa"/>
              <w:bottom w:w="90" w:type="dxa"/>
              <w:end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/>
            </w:pPr>
            <w:r>
              <w:rPr>
                <w:b/>
                <w:sz w:val="18"/>
              </w:rPr>
              <w:t>Operations and Automation</w:t>
            </w:r>
          </w:p>
          <w:p>
            <w:pPr>
              <w:spacing w:after="0"/>
            </w:pPr>
            <w:r>
              <w:rPr>
                <w:sz w:val="16"/>
              </w:rPr>
              <w:t>Python, Java, Docker, AWS home lab, DCIM, ticketing, runbooks, change and incident support</w:t>
            </w:r>
          </w:p>
        </w:tc>
      </w:tr>
    </w:tbl>
    <w:p>
      <w:pPr>
        <w:keepNext/>
        <w:spacing w:before="160" w:after="60"/>
      </w:pPr>
      <w:r>
        <w:rPr>
          <w:b/>
          <w:color w:val="1F4E79"/>
          <w:sz w:val="21"/>
        </w:rPr>
        <w:t>PROFESSIONAL EXPERIENCE</w:t>
      </w:r>
    </w:p>
    <w:p>
      <w:pPr>
        <w:keepNext/>
        <w:spacing w:before="100" w:after="0"/>
      </w:pPr>
      <w:r>
        <w:rPr>
          <w:b/>
        </w:rPr>
        <w:t>Oracle</w:t>
      </w:r>
      <w:r>
        <w:t xml:space="preserve"> | </w:t>
      </w:r>
      <w:r>
        <w:rPr>
          <w:i/>
        </w:rPr>
        <w:t>Data Center and Field Technician</w:t>
      </w:r>
    </w:p>
    <w:p>
      <w:pPr>
        <w:keepNext/>
        <w:spacing w:after="0"/>
      </w:pPr>
      <w:r>
        <w:rPr>
          <w:b/>
          <w:sz w:val="17"/>
        </w:rPr>
        <w:t>Feb 2026 - Present</w:t>
      </w:r>
    </w:p>
    <w:p>
      <w:pPr>
        <w:pStyle w:val="ListBullet"/>
        <w:spacing w:after="20" w:line="240" w:lineRule="auto"/>
        <w:ind w:left="245" w:hanging="173"/>
      </w:pPr>
      <w:r>
        <w:t>Support Linux-based server infrastructure through hands-on data center and field operations, including hardware installation, break/fix, component replacement, cabling validation, and system turn-up activities.</w:t>
      </w:r>
    </w:p>
    <w:p>
      <w:pPr>
        <w:pStyle w:val="ListBullet"/>
        <w:spacing w:after="20" w:line="240" w:lineRule="auto"/>
        <w:ind w:left="245" w:hanging="173"/>
      </w:pPr>
      <w:r>
        <w:t>Use Linux command-line tools and operational procedures to validate system readiness, collect diagnostic information, and support investigation of server and infrastructure issues.</w:t>
      </w:r>
    </w:p>
    <w:p>
      <w:pPr>
        <w:pStyle w:val="ListBullet"/>
        <w:spacing w:after="20" w:line="240" w:lineRule="auto"/>
        <w:ind w:left="245" w:hanging="173"/>
      </w:pPr>
      <w:r>
        <w:t>Coordinate with operations teams and stakeholders through tickets and documented procedures to restore equipment to service and complete maintenance work safely and accurately.</w:t>
      </w:r>
    </w:p>
    <w:p>
      <w:pPr>
        <w:keepNext/>
        <w:spacing w:before="100" w:after="0"/>
      </w:pPr>
      <w:r>
        <w:rPr>
          <w:b/>
        </w:rPr>
        <w:t>Google</w:t>
      </w:r>
      <w:r>
        <w:t xml:space="preserve"> | Data Center Operations | </w:t>
      </w:r>
      <w:r>
        <w:rPr>
          <w:i/>
        </w:rPr>
        <w:t>Data Center Technician Level 3</w:t>
      </w:r>
    </w:p>
    <w:p>
      <w:pPr>
        <w:keepNext/>
        <w:spacing w:after="0"/>
      </w:pPr>
      <w:r>
        <w:rPr>
          <w:b/>
          <w:sz w:val="17"/>
        </w:rPr>
        <w:t>Nov 2023 - Oct 2025</w:t>
      </w:r>
    </w:p>
    <w:p>
      <w:pPr>
        <w:pStyle w:val="ListBullet"/>
        <w:spacing w:after="20" w:line="240" w:lineRule="auto"/>
        <w:ind w:left="245" w:hanging="173"/>
      </w:pPr>
      <w:r>
        <w:t>Supported day-to-day operations for Google ML data center infrastructure, installing, turning up, repairing, and troubleshooting servers and related data center equipment.</w:t>
      </w:r>
    </w:p>
    <w:p>
      <w:pPr>
        <w:pStyle w:val="ListBullet"/>
        <w:spacing w:after="20" w:line="240" w:lineRule="auto"/>
        <w:ind w:left="245" w:hanging="173"/>
      </w:pPr>
      <w:r>
        <w:t>Performed Linux command-line troubleshooting and validation for compute systems, using established procedures to isolate hardware, operating system, connectivity, and service-readiness issues.</w:t>
      </w:r>
    </w:p>
    <w:p>
      <w:pPr>
        <w:pStyle w:val="ListBullet"/>
        <w:spacing w:after="20" w:line="240" w:lineRule="auto"/>
        <w:ind w:left="245" w:hanging="173"/>
      </w:pPr>
      <w:r>
        <w:t>Executed break/fix work, post-repair validation, cabling checks, quality assurance, and detailed ticket documentation in a large-scale production environment.</w:t>
      </w:r>
    </w:p>
    <w:p>
      <w:pPr>
        <w:keepNext/>
        <w:spacing w:before="100" w:after="0"/>
      </w:pPr>
      <w:r>
        <w:rPr>
          <w:b/>
        </w:rPr>
        <w:t>IBM via Contract</w:t>
      </w:r>
      <w:r>
        <w:t xml:space="preserve"> | </w:t>
      </w:r>
      <w:r>
        <w:rPr>
          <w:i/>
        </w:rPr>
        <w:t>Data Center Technician - Bare Metal Server Deployment</w:t>
      </w:r>
    </w:p>
    <w:p>
      <w:pPr>
        <w:keepNext/>
        <w:spacing w:after="0"/>
      </w:pPr>
      <w:r>
        <w:rPr>
          <w:b/>
          <w:sz w:val="17"/>
        </w:rPr>
        <w:t>Aug 2023 - Nov 2023</w:t>
      </w:r>
    </w:p>
    <w:p>
      <w:pPr>
        <w:pStyle w:val="ListBullet"/>
        <w:spacing w:after="20" w:line="240" w:lineRule="auto"/>
        <w:ind w:left="245" w:hanging="173"/>
      </w:pPr>
      <w:r>
        <w:t>Built and deployed bare-metal servers and network equipment, including rack installation, structured cabling, power-up, hardware validation, and quality checks.</w:t>
      </w:r>
    </w:p>
    <w:p>
      <w:pPr>
        <w:pStyle w:val="ListBullet"/>
        <w:spacing w:after="20" w:line="240" w:lineRule="auto"/>
        <w:ind w:left="245" w:hanging="173"/>
      </w:pPr>
      <w:r>
        <w:t>Provided on-call troubleshooting for server and network issues; investigated connectivity and switch-related problems and documented findings for the client team.</w:t>
      </w:r>
    </w:p>
    <w:p>
      <w:pPr>
        <w:keepNext/>
        <w:spacing w:before="100" w:after="0"/>
      </w:pPr>
      <w:r>
        <w:rPr>
          <w:b/>
        </w:rPr>
        <w:t>The Judge Group at AAFES</w:t>
      </w:r>
      <w:r>
        <w:t xml:space="preserve"> | </w:t>
      </w:r>
      <w:r>
        <w:rPr>
          <w:i/>
        </w:rPr>
        <w:t>Data Center Technician</w:t>
      </w:r>
    </w:p>
    <w:p>
      <w:pPr>
        <w:keepNext/>
        <w:spacing w:after="0"/>
      </w:pPr>
      <w:r>
        <w:rPr>
          <w:b/>
          <w:sz w:val="17"/>
        </w:rPr>
        <w:t>Jan 2023 - Jun 2023</w:t>
      </w:r>
    </w:p>
    <w:p>
      <w:pPr>
        <w:pStyle w:val="ListBullet"/>
        <w:spacing w:after="20" w:line="240" w:lineRule="auto"/>
        <w:ind w:left="245" w:hanging="173"/>
      </w:pPr>
      <w:r>
        <w:t>Installed servers and network equipment through rack, stack, cable, and validation activities in an enterprise data center environment.</w:t>
      </w:r>
    </w:p>
    <w:p>
      <w:pPr>
        <w:pStyle w:val="ListBullet"/>
        <w:spacing w:after="20" w:line="240" w:lineRule="auto"/>
        <w:ind w:left="245" w:hanging="173"/>
      </w:pPr>
      <w:r>
        <w:t>Worked with service providers to install and troubleshoot circuits, validate physical connectivity, and coordinate issue resolution.</w:t>
      </w:r>
    </w:p>
    <w:p>
      <w:pPr>
        <w:keepNext/>
        <w:pageBreakBefore/>
        <w:spacing w:before="100" w:after="0"/>
      </w:pPr>
      <w:r>
        <w:rPr>
          <w:b/>
        </w:rPr>
        <w:t>HCL America at Meta</w:t>
      </w:r>
      <w:r>
        <w:t xml:space="preserve"> | </w:t>
      </w:r>
      <w:r>
        <w:rPr>
          <w:i/>
        </w:rPr>
        <w:t>Data Center Labs Technician</w:t>
      </w:r>
    </w:p>
    <w:p>
      <w:pPr>
        <w:keepNext/>
        <w:spacing w:after="0"/>
      </w:pPr>
      <w:r>
        <w:rPr>
          <w:b/>
          <w:sz w:val="17"/>
        </w:rPr>
        <w:t>Jul 2022 - Jan 2023</w:t>
      </w:r>
    </w:p>
    <w:p>
      <w:pPr>
        <w:pStyle w:val="ListBullet"/>
        <w:spacing w:after="20" w:line="240" w:lineRule="auto"/>
        <w:ind w:left="245" w:hanging="173"/>
      </w:pPr>
      <w:r>
        <w:t>Supported AI and machine-learning lab infrastructure by installing, cabling, validating, and troubleshooting servers and network equipment.</w:t>
      </w:r>
    </w:p>
    <w:p>
      <w:pPr>
        <w:pStyle w:val="ListBullet"/>
        <w:spacing w:after="20" w:line="240" w:lineRule="auto"/>
        <w:ind w:left="245" w:hanging="173"/>
      </w:pPr>
      <w:r>
        <w:t>Coordinated with service providers on special projects to install, troubleshoot, configure, and maintain circuits and supporting infrastructure.</w:t>
      </w:r>
    </w:p>
    <w:p>
      <w:pPr>
        <w:keepNext/>
        <w:spacing w:before="100" w:after="0"/>
      </w:pPr>
      <w:r>
        <w:rPr>
          <w:b/>
        </w:rPr>
        <w:t>US Tech Solutions at AMD Lab</w:t>
      </w:r>
      <w:r>
        <w:t xml:space="preserve"> | </w:t>
      </w:r>
      <w:r>
        <w:rPr>
          <w:i/>
        </w:rPr>
        <w:t>Data Center Engineer</w:t>
      </w:r>
    </w:p>
    <w:p>
      <w:pPr>
        <w:keepNext/>
        <w:spacing w:after="0"/>
      </w:pPr>
      <w:r>
        <w:rPr>
          <w:b/>
          <w:sz w:val="17"/>
        </w:rPr>
        <w:t>May 2022 - Jun 2022</w:t>
      </w:r>
    </w:p>
    <w:p>
      <w:pPr>
        <w:pStyle w:val="ListBullet"/>
        <w:spacing w:after="20" w:line="240" w:lineRule="auto"/>
        <w:ind w:left="245" w:hanging="173"/>
      </w:pPr>
      <w:r>
        <w:t>Performed rack, stack, cabling, and server/network equipment installation in a lab environment; completed quality assurance checks on completed work.</w:t>
      </w:r>
    </w:p>
    <w:p>
      <w:pPr>
        <w:keepNext/>
        <w:spacing w:before="100" w:after="0"/>
      </w:pPr>
      <w:r>
        <w:rPr>
          <w:b/>
        </w:rPr>
        <w:t>Geodis Logistics</w:t>
      </w:r>
      <w:r>
        <w:t xml:space="preserve"> | </w:t>
      </w:r>
      <w:r>
        <w:rPr>
          <w:i/>
        </w:rPr>
        <w:t>Data Center Manager</w:t>
      </w:r>
    </w:p>
    <w:p>
      <w:pPr>
        <w:keepNext/>
        <w:spacing w:after="0"/>
      </w:pPr>
      <w:r>
        <w:rPr>
          <w:b/>
          <w:sz w:val="17"/>
        </w:rPr>
        <w:t>May 2021 - May 2022</w:t>
      </w:r>
    </w:p>
    <w:p>
      <w:pPr>
        <w:pStyle w:val="ListBullet"/>
        <w:spacing w:after="20" w:line="240" w:lineRule="auto"/>
        <w:ind w:left="245" w:hanging="173"/>
      </w:pPr>
      <w:r>
        <w:t>Managed daily data center operations including server and network hardware installation, cabling, quality assurance, inventory, and break/fix coordination.</w:t>
      </w:r>
    </w:p>
    <w:p>
      <w:pPr>
        <w:pStyle w:val="ListBullet"/>
        <w:spacing w:after="20" w:line="240" w:lineRule="auto"/>
        <w:ind w:left="245" w:hanging="173"/>
      </w:pPr>
      <w:r>
        <w:t>Configured, updated, and maintained DCIM records; coordinated with vendors, data center owners, remote sites, colocation providers, and ISPs for infrastructure work and connectivity.</w:t>
      </w:r>
    </w:p>
    <w:p>
      <w:pPr>
        <w:keepNext/>
        <w:spacing w:before="100" w:after="0"/>
      </w:pPr>
      <w:r>
        <w:rPr>
          <w:b/>
        </w:rPr>
        <w:t>Artech LLC at IBM Supporting Parkland Hospital</w:t>
      </w:r>
      <w:r>
        <w:t xml:space="preserve"> | </w:t>
      </w:r>
      <w:r>
        <w:rPr>
          <w:i/>
        </w:rPr>
        <w:t>Data Center Engineer</w:t>
      </w:r>
    </w:p>
    <w:p>
      <w:pPr>
        <w:keepNext/>
        <w:spacing w:after="0"/>
      </w:pPr>
      <w:r>
        <w:rPr>
          <w:b/>
          <w:sz w:val="17"/>
        </w:rPr>
        <w:t>Oct 2020 - May 2021</w:t>
      </w:r>
    </w:p>
    <w:p>
      <w:pPr>
        <w:pStyle w:val="ListBullet"/>
        <w:spacing w:after="20" w:line="240" w:lineRule="auto"/>
        <w:ind w:left="245" w:hanging="173"/>
      </w:pPr>
      <w:r>
        <w:t>Supported a healthcare data center through server and network equipment deployment, hardware quality assurance, and on-call troubleshooting.</w:t>
      </w:r>
    </w:p>
    <w:p>
      <w:pPr>
        <w:pStyle w:val="ListBullet"/>
        <w:spacing w:after="20" w:line="240" w:lineRule="auto"/>
        <w:ind w:left="245" w:hanging="173"/>
      </w:pPr>
      <w:r>
        <w:t>Troubleshot network connections and switch issues; maintained clear ticket documentation and coordinated technical findings with client teams.</w:t>
      </w:r>
    </w:p>
    <w:p>
      <w:pPr>
        <w:keepNext/>
        <w:spacing w:before="160" w:after="60"/>
      </w:pPr>
      <w:r>
        <w:rPr>
          <w:b/>
          <w:color w:val="1F4E79"/>
          <w:sz w:val="21"/>
        </w:rPr>
        <w:t>EARLIER RELEVANT EXPERIENCE</w:t>
      </w:r>
    </w:p>
    <w:p>
      <w:pPr>
        <w:spacing w:before="0"/>
      </w:pPr>
      <w:r>
        <w:rPr>
          <w:b w:val="0"/>
        </w:rPr>
        <w:t>Codero Hosting - Data Center Engineer (2019-2020): Installed and supported Linux distributions including CentOS, Ubuntu, OpenSUSE, and ViciDial; supported ESXi and Windows Server; troubleshot rsync and backup services, network connections, and switch issues. | HCL America at Vistra Energy - Specialist (2016-2017): Supported Windows, Linux, and UNIX systems, used command-line tools to update configurations, monitored DCIM alarms and environmental conditions, and worked in a 2,000+ device environment. | Additional data center, network operations, cabling, and facilities roles: CBTS, Cisco Communications, Silverback Migration Solutions, AT&amp;T, and others.</w:t>
      </w:r>
    </w:p>
    <w:p>
      <w:pPr>
        <w:keepNext/>
        <w:spacing w:before="160" w:after="60"/>
      </w:pPr>
      <w:r>
        <w:rPr>
          <w:b/>
          <w:color w:val="1F4E79"/>
          <w:sz w:val="21"/>
        </w:rPr>
        <w:t>TECHNICAL SKILLS</w:t>
      </w:r>
    </w:p>
    <w:p>
      <w:pPr>
        <w:spacing w:before="0"/>
      </w:pPr>
      <w:r>
        <w:rPr>
          <w:b w:val="0"/>
        </w:rPr>
        <w:t>Operating Systems: Linux/Ubuntu, CentOS, OpenSUSE, Windows Server, UNIX, ESXi</w:t>
        <w:br/>
        <w:t>Infrastructure: Enterprise servers, storage connectivity, switches, routers, firewalls, structured fiber/copper cabling, rack-and-stack, hardware inventory, DCIM</w:t>
        <w:br/>
        <w:t>Troubleshooting: Hardware break/fix, system validation, network connectivity, switch issues, circuit troubleshooting, log and diagnostic collection</w:t>
        <w:br/>
        <w:t>Tools and Automation: Python, Java, Docker, AWS home lab, Linux command line, Fluke network testing, ticketing and documentation</w:t>
      </w:r>
    </w:p>
    <w:p>
      <w:pPr>
        <w:keepNext/>
        <w:spacing w:before="160" w:after="60"/>
      </w:pPr>
      <w:r>
        <w:rPr>
          <w:b/>
          <w:color w:val="1F4E79"/>
          <w:sz w:val="21"/>
        </w:rPr>
        <w:t>EDUCATION AND CREDENTIALS</w:t>
      </w:r>
    </w:p>
    <w:p>
      <w:pPr>
        <w:spacing w:before="0"/>
      </w:pPr>
      <w:r>
        <w:rPr>
          <w:b w:val="0"/>
        </w:rPr>
        <w:t>Kaplan College - Personal PC Support A+ Certification (2011)</w:t>
        <w:br/>
        <w:t>Liberty High School - High School Diploma (2007)</w:t>
      </w:r>
    </w:p>
    <w:sectPr>
      <w:footerReference w:type="default" r:id="rId9"/>
      <w:pgSz w:w="12240" w:h="15840"/>
      <w:pgMar w:top="691" w:right="864" w:bottom="691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Prentice Weitman | Linux Systems and Data Center Infrastructure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0" w:line="245" w:lineRule="auto"/>
    </w:pPr>
    <w:rPr>
      <w:rFonts w:ascii="Aptos" w:hAnsi="Aptos" w:eastAsia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professional resume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  <dc:identifier/>
  <dc:language/>
</cp:coreProperties>
</file>